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D6CA6" w14:textId="77777777" w:rsidR="00FD703E" w:rsidRDefault="00FD703E"/>
    <w:p w14:paraId="6A6E14F0" w14:textId="77777777" w:rsidR="00FD703E" w:rsidRDefault="00000000">
      <w:r>
        <w:t>REGULAMIN REKRUTACJI I UCZESTNICTWA W GRANCIE</w:t>
      </w:r>
    </w:p>
    <w:p w14:paraId="1C26261D" w14:textId="4F54D70D" w:rsidR="00FD703E" w:rsidRDefault="00000000">
      <w:r>
        <w:t>„</w:t>
      </w:r>
      <w:r w:rsidR="00E95761">
        <w:t xml:space="preserve">Senior z </w:t>
      </w:r>
      <w:proofErr w:type="spellStart"/>
      <w:r w:rsidR="00E95761">
        <w:t>pasją</w:t>
      </w:r>
      <w:proofErr w:type="spellEnd"/>
      <w:r w:rsidR="00E95761">
        <w:t>!</w:t>
      </w:r>
      <w:r>
        <w:t>”</w:t>
      </w:r>
    </w:p>
    <w:p w14:paraId="7E90E1BA" w14:textId="77777777" w:rsidR="00FD703E" w:rsidRDefault="00FD703E"/>
    <w:p w14:paraId="17308972" w14:textId="77777777" w:rsidR="00FD703E" w:rsidRDefault="00000000">
      <w:r>
        <w:t>współfinansowanego ze środków Unii Europejskiej w ramach Funduszy Europejskich dla Kujaw i Pomorza 2021–2027</w:t>
      </w:r>
    </w:p>
    <w:p w14:paraId="3C158B0B" w14:textId="77777777" w:rsidR="00FD703E" w:rsidRDefault="00FD703E"/>
    <w:p w14:paraId="2183FA6B" w14:textId="77777777" w:rsidR="00FD703E" w:rsidRDefault="00000000">
      <w:r>
        <w:t>§ 1 Informacje ogólne</w:t>
      </w:r>
    </w:p>
    <w:p w14:paraId="5F2A910B" w14:textId="289C25B1" w:rsidR="00FD703E" w:rsidRDefault="00000000">
      <w:r>
        <w:t xml:space="preserve">1. Niniejszy regulamin określa zasady rekrutacji oraz uczestnictwa w </w:t>
      </w:r>
      <w:proofErr w:type="spellStart"/>
      <w:r>
        <w:t>projekcie</w:t>
      </w:r>
      <w:proofErr w:type="spellEnd"/>
      <w:r>
        <w:t xml:space="preserve"> </w:t>
      </w:r>
      <w:proofErr w:type="spellStart"/>
      <w:r>
        <w:t>grantowym</w:t>
      </w:r>
      <w:proofErr w:type="spellEnd"/>
      <w:r>
        <w:t xml:space="preserve"> </w:t>
      </w:r>
      <w:r w:rsidR="00E95761" w:rsidRPr="00E95761">
        <w:t xml:space="preserve">„Senior z </w:t>
      </w:r>
      <w:proofErr w:type="spellStart"/>
      <w:r w:rsidR="00E95761" w:rsidRPr="00E95761">
        <w:t>pasją</w:t>
      </w:r>
      <w:proofErr w:type="spellEnd"/>
      <w:r w:rsidR="00E95761" w:rsidRPr="00E95761">
        <w:t>!”</w:t>
      </w:r>
      <w:r>
        <w:t xml:space="preserve">, </w:t>
      </w:r>
      <w:proofErr w:type="spellStart"/>
      <w:r>
        <w:t>realizowanym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 w:rsidR="00E95761">
        <w:t>Gminę</w:t>
      </w:r>
      <w:proofErr w:type="spellEnd"/>
      <w:r w:rsidR="00E95761">
        <w:t xml:space="preserve"> </w:t>
      </w:r>
      <w:proofErr w:type="spellStart"/>
      <w:r w:rsidR="00E95761">
        <w:t>Choceń</w:t>
      </w:r>
      <w:proofErr w:type="spellEnd"/>
      <w:r>
        <w:t>.</w:t>
      </w:r>
    </w:p>
    <w:p w14:paraId="7F0B3958" w14:textId="0C6E2B7B" w:rsidR="00FD703E" w:rsidRDefault="00000000">
      <w:r>
        <w:t xml:space="preserve">2. </w:t>
      </w:r>
      <w:proofErr w:type="spellStart"/>
      <w:r>
        <w:t>Grantobiorca</w:t>
      </w:r>
      <w:proofErr w:type="spellEnd"/>
      <w:r>
        <w:t xml:space="preserve">: </w:t>
      </w:r>
      <w:proofErr w:type="spellStart"/>
      <w:r w:rsidR="00E95761">
        <w:t>Gmina</w:t>
      </w:r>
      <w:proofErr w:type="spellEnd"/>
      <w:r w:rsidR="00E95761">
        <w:t xml:space="preserve"> </w:t>
      </w:r>
      <w:proofErr w:type="spellStart"/>
      <w:r w:rsidR="00E95761">
        <w:t>Choceń</w:t>
      </w:r>
      <w:proofErr w:type="spellEnd"/>
      <w:r>
        <w:t xml:space="preserve"> ul. </w:t>
      </w:r>
      <w:proofErr w:type="spellStart"/>
      <w:r w:rsidR="00E95761">
        <w:t>Sikorskiego</w:t>
      </w:r>
      <w:proofErr w:type="spellEnd"/>
      <w:r w:rsidR="00E95761">
        <w:t xml:space="preserve"> 12</w:t>
      </w:r>
      <w:r>
        <w:t xml:space="preserve">, 87-850 </w:t>
      </w:r>
      <w:proofErr w:type="spellStart"/>
      <w:r>
        <w:t>Choceń</w:t>
      </w:r>
      <w:proofErr w:type="spellEnd"/>
      <w:r>
        <w:t>.</w:t>
      </w:r>
    </w:p>
    <w:p w14:paraId="6CA3E9D0" w14:textId="77777777" w:rsidR="00FD703E" w:rsidRDefault="00000000">
      <w:r>
        <w:t>3. Projekt realizowany jest na podstawie umowy o powierzenie grantu zawartej w ramach Programu Fundusze Europejskie dla Kujaw i Pomorza 2021–2027.</w:t>
      </w:r>
    </w:p>
    <w:p w14:paraId="674DD2B6" w14:textId="4C6EFFA5" w:rsidR="00FD703E" w:rsidRDefault="00000000">
      <w:r>
        <w:t xml:space="preserve">4. Okres realizacji </w:t>
      </w:r>
      <w:proofErr w:type="spellStart"/>
      <w:r>
        <w:t>projektu</w:t>
      </w:r>
      <w:proofErr w:type="spellEnd"/>
      <w:r>
        <w:t>: 01.</w:t>
      </w:r>
      <w:r w:rsidR="00E95761">
        <w:t>01</w:t>
      </w:r>
      <w:r>
        <w:t>.202</w:t>
      </w:r>
      <w:r w:rsidR="00E95761">
        <w:t>6</w:t>
      </w:r>
      <w:r>
        <w:t xml:space="preserve"> – 31.1</w:t>
      </w:r>
      <w:r w:rsidR="00E95761">
        <w:t>0</w:t>
      </w:r>
      <w:r>
        <w:t>.2026.</w:t>
      </w:r>
    </w:p>
    <w:p w14:paraId="2F997D97" w14:textId="31B3A9BE" w:rsidR="00FD703E" w:rsidRDefault="00000000">
      <w:r>
        <w:t xml:space="preserve">5. Projekt </w:t>
      </w:r>
      <w:proofErr w:type="spellStart"/>
      <w:r>
        <w:t>obejmuje</w:t>
      </w:r>
      <w:proofErr w:type="spellEnd"/>
      <w:r>
        <w:t xml:space="preserve"> </w:t>
      </w:r>
      <w:proofErr w:type="spellStart"/>
      <w:r>
        <w:t>działania</w:t>
      </w:r>
      <w:proofErr w:type="spellEnd"/>
      <w:r>
        <w:t xml:space="preserve"> </w:t>
      </w:r>
      <w:proofErr w:type="spellStart"/>
      <w:r>
        <w:t>dla</w:t>
      </w:r>
      <w:proofErr w:type="spellEnd"/>
      <w:r>
        <w:t xml:space="preserve"> </w:t>
      </w:r>
      <w:proofErr w:type="spellStart"/>
      <w:r>
        <w:t>mieszkańców</w:t>
      </w:r>
      <w:proofErr w:type="spellEnd"/>
      <w:r>
        <w:t xml:space="preserve"> </w:t>
      </w:r>
      <w:r w:rsidR="0056084C">
        <w:t>LSR</w:t>
      </w:r>
      <w:r>
        <w:t xml:space="preserve"> w </w:t>
      </w:r>
      <w:proofErr w:type="spellStart"/>
      <w:r>
        <w:t>wieku</w:t>
      </w:r>
      <w:proofErr w:type="spellEnd"/>
      <w:r>
        <w:t xml:space="preserve"> </w:t>
      </w:r>
      <w:proofErr w:type="spellStart"/>
      <w:r>
        <w:t>senioralnym</w:t>
      </w:r>
      <w:proofErr w:type="spellEnd"/>
      <w:r>
        <w:t xml:space="preserve"> 60+.</w:t>
      </w:r>
    </w:p>
    <w:p w14:paraId="2E73CBCB" w14:textId="77777777" w:rsidR="00FD703E" w:rsidRDefault="00000000">
      <w:r>
        <w:t>6. Udział w projekcie jest całkowicie bezpłatny.</w:t>
      </w:r>
    </w:p>
    <w:p w14:paraId="2B5DFE98" w14:textId="77777777" w:rsidR="00FD703E" w:rsidRDefault="00FD703E"/>
    <w:p w14:paraId="4FFCCA82" w14:textId="77777777" w:rsidR="00FD703E" w:rsidRDefault="00000000">
      <w:r>
        <w:t>§ 2 Źródła finansowania i wartość projektu</w:t>
      </w:r>
    </w:p>
    <w:p w14:paraId="2FF1CD65" w14:textId="77777777" w:rsidR="00FD703E" w:rsidRDefault="00000000">
      <w:r>
        <w:t>1. Projekt współfinansowany jest z Funduszy Europejskich dla Kujaw i Pomorza 2021–2027, ze środków Unii Europejskiej oraz wkładu własnego grantobiorcy.</w:t>
      </w:r>
    </w:p>
    <w:p w14:paraId="6A61724E" w14:textId="6841353B" w:rsidR="00FD703E" w:rsidRDefault="00000000">
      <w:r>
        <w:t xml:space="preserve">2. </w:t>
      </w:r>
      <w:proofErr w:type="spellStart"/>
      <w:r>
        <w:t>Całkowita</w:t>
      </w:r>
      <w:proofErr w:type="spellEnd"/>
      <w:r>
        <w:t xml:space="preserve"> </w:t>
      </w:r>
      <w:proofErr w:type="spellStart"/>
      <w:r>
        <w:t>wartość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 xml:space="preserve">: </w:t>
      </w:r>
      <w:r w:rsidR="00E95761">
        <w:t>104 890,99</w:t>
      </w:r>
      <w:r>
        <w:t xml:space="preserve"> </w:t>
      </w:r>
      <w:proofErr w:type="spellStart"/>
      <w:r>
        <w:t>zł</w:t>
      </w:r>
      <w:proofErr w:type="spellEnd"/>
      <w:r>
        <w:t>.</w:t>
      </w:r>
    </w:p>
    <w:p w14:paraId="376B19A4" w14:textId="2E06890D" w:rsidR="00FD703E" w:rsidRDefault="00000000">
      <w:r>
        <w:t xml:space="preserve">3. </w:t>
      </w:r>
      <w:proofErr w:type="spellStart"/>
      <w:r>
        <w:t>Dofinansowanie</w:t>
      </w:r>
      <w:proofErr w:type="spellEnd"/>
      <w:r>
        <w:t xml:space="preserve"> z UE: </w:t>
      </w:r>
      <w:r w:rsidR="00E95761">
        <w:t>99 552,00</w:t>
      </w:r>
      <w:r>
        <w:t xml:space="preserve"> </w:t>
      </w:r>
      <w:proofErr w:type="spellStart"/>
      <w:r>
        <w:t>zł</w:t>
      </w:r>
      <w:proofErr w:type="spellEnd"/>
      <w:r>
        <w:t>.</w:t>
      </w:r>
    </w:p>
    <w:p w14:paraId="22C3735C" w14:textId="2EF91071" w:rsidR="00FD703E" w:rsidRDefault="00000000">
      <w:r>
        <w:t xml:space="preserve">4. </w:t>
      </w:r>
      <w:proofErr w:type="spellStart"/>
      <w:r>
        <w:t>Wkład</w:t>
      </w:r>
      <w:proofErr w:type="spellEnd"/>
      <w:r>
        <w:t xml:space="preserve"> </w:t>
      </w:r>
      <w:proofErr w:type="spellStart"/>
      <w:r>
        <w:t>własny</w:t>
      </w:r>
      <w:proofErr w:type="spellEnd"/>
      <w:r>
        <w:t xml:space="preserve">: </w:t>
      </w:r>
      <w:r w:rsidR="00E95761">
        <w:t>5338,99</w:t>
      </w:r>
      <w:r>
        <w:t xml:space="preserve"> </w:t>
      </w:r>
      <w:proofErr w:type="spellStart"/>
      <w:r>
        <w:t>zł</w:t>
      </w:r>
      <w:proofErr w:type="spellEnd"/>
      <w:r>
        <w:t>.</w:t>
      </w:r>
    </w:p>
    <w:p w14:paraId="3F2D4E8A" w14:textId="77777777" w:rsidR="00FD703E" w:rsidRDefault="00FD703E"/>
    <w:p w14:paraId="482ACDDD" w14:textId="77777777" w:rsidR="00FD703E" w:rsidRDefault="00000000">
      <w:r>
        <w:t>§ 3 Cele i założenia projektu</w:t>
      </w:r>
    </w:p>
    <w:p w14:paraId="2D2866EF" w14:textId="16359721" w:rsidR="00FD703E" w:rsidRDefault="00000000">
      <w:r>
        <w:t xml:space="preserve">1. Celem </w:t>
      </w:r>
      <w:proofErr w:type="spellStart"/>
      <w:r>
        <w:t>projektu</w:t>
      </w:r>
      <w:proofErr w:type="spellEnd"/>
      <w:r>
        <w:t xml:space="preserve"> jest </w:t>
      </w:r>
      <w:proofErr w:type="spellStart"/>
      <w:r>
        <w:t>aktywizacja</w:t>
      </w:r>
      <w:proofErr w:type="spellEnd"/>
      <w:r>
        <w:t xml:space="preserve"> </w:t>
      </w:r>
      <w:proofErr w:type="spellStart"/>
      <w:r>
        <w:t>społeczna</w:t>
      </w:r>
      <w:proofErr w:type="spellEnd"/>
      <w:r>
        <w:t xml:space="preserve"> </w:t>
      </w:r>
      <w:proofErr w:type="spellStart"/>
      <w:r>
        <w:t>mieszkańców</w:t>
      </w:r>
      <w:proofErr w:type="spellEnd"/>
      <w:r>
        <w:t xml:space="preserve"> </w:t>
      </w:r>
      <w:proofErr w:type="spellStart"/>
      <w:r>
        <w:t>Gminy</w:t>
      </w:r>
      <w:proofErr w:type="spellEnd"/>
      <w:r>
        <w:t xml:space="preserve"> </w:t>
      </w:r>
      <w:proofErr w:type="spellStart"/>
      <w:r>
        <w:t>Choceń</w:t>
      </w:r>
      <w:proofErr w:type="spellEnd"/>
      <w:r w:rsidR="00EE650A">
        <w:t xml:space="preserve"> </w:t>
      </w:r>
      <w:proofErr w:type="spellStart"/>
      <w:r w:rsidR="00EE650A">
        <w:t>oraz</w:t>
      </w:r>
      <w:proofErr w:type="spellEnd"/>
      <w:r w:rsidR="00EE650A">
        <w:t xml:space="preserve"> </w:t>
      </w:r>
      <w:proofErr w:type="spellStart"/>
      <w:r w:rsidR="00EE650A">
        <w:t>terenu</w:t>
      </w:r>
      <w:proofErr w:type="spellEnd"/>
      <w:r w:rsidR="00EE650A">
        <w:t xml:space="preserve"> LSR</w:t>
      </w:r>
      <w:r>
        <w:t xml:space="preserve"> w </w:t>
      </w:r>
      <w:proofErr w:type="spellStart"/>
      <w:r>
        <w:t>wieku</w:t>
      </w:r>
      <w:proofErr w:type="spellEnd"/>
      <w:r>
        <w:t xml:space="preserve"> 60+ </w:t>
      </w:r>
      <w:proofErr w:type="spellStart"/>
      <w:r>
        <w:t>poprzez</w:t>
      </w:r>
      <w:proofErr w:type="spellEnd"/>
      <w:r>
        <w:t xml:space="preserve"> </w:t>
      </w:r>
      <w:proofErr w:type="spellStart"/>
      <w:r>
        <w:t>udział</w:t>
      </w:r>
      <w:proofErr w:type="spellEnd"/>
      <w:r>
        <w:t xml:space="preserve"> w zajęciach edukacyjnych, ruchowych, integracyjnych i kulturalnych.</w:t>
      </w:r>
    </w:p>
    <w:p w14:paraId="0201BBE4" w14:textId="77777777" w:rsidR="00FD703E" w:rsidRDefault="00000000">
      <w:r>
        <w:lastRenderedPageBreak/>
        <w:t>2. Projekt ma wspierać rozwój kompetencji społecznych i zdrowotnych oraz włączenie osób starszych w życie lokalnej społeczności.</w:t>
      </w:r>
    </w:p>
    <w:p w14:paraId="1791BDDF" w14:textId="77777777" w:rsidR="00FD703E" w:rsidRDefault="00000000">
      <w:r>
        <w:t>3. Zaplanowano następujące formy wsparcia:</w:t>
      </w:r>
    </w:p>
    <w:p w14:paraId="4D2DD5A7" w14:textId="36AC6B7D" w:rsidR="00FD703E" w:rsidRDefault="00000000">
      <w:r>
        <w:t xml:space="preserve">   - </w:t>
      </w:r>
      <w:proofErr w:type="spellStart"/>
      <w:r>
        <w:t>zajęcia</w:t>
      </w:r>
      <w:proofErr w:type="spellEnd"/>
      <w:r>
        <w:t xml:space="preserve"> </w:t>
      </w:r>
      <w:proofErr w:type="spellStart"/>
      <w:r w:rsidR="00E95761">
        <w:t>ruchowe</w:t>
      </w:r>
      <w:proofErr w:type="spellEnd"/>
      <w:r>
        <w:t>,</w:t>
      </w:r>
    </w:p>
    <w:p w14:paraId="726A36A4" w14:textId="7856FD5D" w:rsidR="00FD703E" w:rsidRDefault="00000000">
      <w:r>
        <w:t xml:space="preserve">   - </w:t>
      </w:r>
      <w:proofErr w:type="spellStart"/>
      <w:r>
        <w:t>warsztaty</w:t>
      </w:r>
      <w:proofErr w:type="spellEnd"/>
      <w:r>
        <w:t xml:space="preserve"> </w:t>
      </w:r>
      <w:proofErr w:type="spellStart"/>
      <w:r w:rsidR="00E95761">
        <w:t>kulinarno-dietetyczne</w:t>
      </w:r>
      <w:proofErr w:type="spellEnd"/>
      <w:r>
        <w:t>,</w:t>
      </w:r>
    </w:p>
    <w:p w14:paraId="6FBF1CA6" w14:textId="25997118" w:rsidR="00FD703E" w:rsidRDefault="00000000">
      <w:r>
        <w:t xml:space="preserve">   - </w:t>
      </w:r>
      <w:proofErr w:type="spellStart"/>
      <w:r>
        <w:t>warsztaty</w:t>
      </w:r>
      <w:proofErr w:type="spellEnd"/>
      <w:r>
        <w:t xml:space="preserve"> </w:t>
      </w:r>
      <w:proofErr w:type="spellStart"/>
      <w:r w:rsidR="00E95761">
        <w:t>plastyczne</w:t>
      </w:r>
      <w:proofErr w:type="spellEnd"/>
      <w:r>
        <w:t>,</w:t>
      </w:r>
    </w:p>
    <w:p w14:paraId="11BAFBE0" w14:textId="5ECA1B0C" w:rsidR="00FD703E" w:rsidRDefault="00000000">
      <w:r>
        <w:t xml:space="preserve">   - </w:t>
      </w:r>
      <w:proofErr w:type="spellStart"/>
      <w:r w:rsidR="00E95761">
        <w:t>wyjazdy</w:t>
      </w:r>
      <w:proofErr w:type="spellEnd"/>
      <w:r w:rsidR="00E95761">
        <w:t xml:space="preserve"> do kina, </w:t>
      </w:r>
      <w:proofErr w:type="spellStart"/>
      <w:r w:rsidR="00E95761">
        <w:t>teatru</w:t>
      </w:r>
      <w:proofErr w:type="spellEnd"/>
      <w:r w:rsidR="00E95761">
        <w:t xml:space="preserve">, </w:t>
      </w:r>
      <w:proofErr w:type="spellStart"/>
      <w:r w:rsidR="00E95761">
        <w:t>na</w:t>
      </w:r>
      <w:proofErr w:type="spellEnd"/>
      <w:r w:rsidR="00E95761">
        <w:t xml:space="preserve"> concert I do </w:t>
      </w:r>
      <w:proofErr w:type="spellStart"/>
      <w:r w:rsidR="00E95761">
        <w:t>opery</w:t>
      </w:r>
      <w:proofErr w:type="spellEnd"/>
      <w:r>
        <w:t>,</w:t>
      </w:r>
    </w:p>
    <w:p w14:paraId="4D5D85AF" w14:textId="3B11A3E8" w:rsidR="00FD703E" w:rsidRDefault="00000000">
      <w:r>
        <w:t xml:space="preserve">   - </w:t>
      </w:r>
      <w:proofErr w:type="spellStart"/>
      <w:r w:rsidR="00E95761">
        <w:t>warsztaty</w:t>
      </w:r>
      <w:proofErr w:type="spellEnd"/>
      <w:r w:rsidR="00E95761">
        <w:t xml:space="preserve"> z </w:t>
      </w:r>
      <w:proofErr w:type="spellStart"/>
      <w:r w:rsidR="00E95761">
        <w:t>twórcą</w:t>
      </w:r>
      <w:proofErr w:type="spellEnd"/>
      <w:r w:rsidR="00E95761">
        <w:t xml:space="preserve"> </w:t>
      </w:r>
      <w:proofErr w:type="spellStart"/>
      <w:r w:rsidR="00E95761">
        <w:t>ludowym</w:t>
      </w:r>
      <w:proofErr w:type="spellEnd"/>
      <w:r w:rsidR="00E95761">
        <w:t xml:space="preserve"> </w:t>
      </w:r>
      <w:proofErr w:type="spellStart"/>
      <w:r w:rsidR="00E95761">
        <w:t>oraz</w:t>
      </w:r>
      <w:proofErr w:type="spellEnd"/>
      <w:r w:rsidR="00E95761">
        <w:t xml:space="preserve"> </w:t>
      </w:r>
      <w:proofErr w:type="spellStart"/>
      <w:r w:rsidR="00E95761">
        <w:t>ognisko</w:t>
      </w:r>
      <w:proofErr w:type="spellEnd"/>
    </w:p>
    <w:p w14:paraId="17DE6517" w14:textId="4D2B213D" w:rsidR="00FD703E" w:rsidRDefault="00000000">
      <w:r>
        <w:t xml:space="preserve">   - </w:t>
      </w:r>
      <w:proofErr w:type="spellStart"/>
      <w:r w:rsidR="00E95761">
        <w:t>klub</w:t>
      </w:r>
      <w:proofErr w:type="spellEnd"/>
      <w:r w:rsidR="00E95761">
        <w:t xml:space="preserve"> </w:t>
      </w:r>
      <w:proofErr w:type="spellStart"/>
      <w:r w:rsidR="00E95761">
        <w:t>seniora</w:t>
      </w:r>
      <w:proofErr w:type="spellEnd"/>
    </w:p>
    <w:p w14:paraId="49D8E704" w14:textId="77777777" w:rsidR="00FD703E" w:rsidRDefault="00000000">
      <w:r>
        <w:t>4. Każdy uczestnik zobowiązuje się do udziału we wszystkich przewidzianych formach wsparcia.</w:t>
      </w:r>
    </w:p>
    <w:p w14:paraId="21235F1E" w14:textId="77777777" w:rsidR="00FD703E" w:rsidRDefault="00FD703E"/>
    <w:p w14:paraId="6504D37E" w14:textId="77777777" w:rsidR="00FD703E" w:rsidRDefault="00000000">
      <w:r>
        <w:t>§ 4 Grupa docelowa</w:t>
      </w:r>
    </w:p>
    <w:p w14:paraId="05328190" w14:textId="77777777" w:rsidR="00FD703E" w:rsidRDefault="00000000">
      <w:r>
        <w:t>1. Uczestnikami projektu mogą zostać osoby:</w:t>
      </w:r>
    </w:p>
    <w:p w14:paraId="7DA11D4B" w14:textId="77777777" w:rsidR="00FD703E" w:rsidRDefault="00000000">
      <w:r>
        <w:t xml:space="preserve">   1) w wieku 60+,</w:t>
      </w:r>
    </w:p>
    <w:p w14:paraId="42B8348F" w14:textId="567403CC" w:rsidR="00FD703E" w:rsidRDefault="00000000">
      <w:r>
        <w:t xml:space="preserve">   2) </w:t>
      </w:r>
      <w:proofErr w:type="spellStart"/>
      <w:r>
        <w:t>zamieszkujące</w:t>
      </w:r>
      <w:proofErr w:type="spellEnd"/>
      <w:r>
        <w:t xml:space="preserve"> </w:t>
      </w:r>
      <w:proofErr w:type="spellStart"/>
      <w:r w:rsidR="0056084C">
        <w:t>teren</w:t>
      </w:r>
      <w:proofErr w:type="spellEnd"/>
      <w:r w:rsidR="0056084C">
        <w:t xml:space="preserve"> LSR</w:t>
      </w:r>
    </w:p>
    <w:p w14:paraId="3AA9507F" w14:textId="44C9ABB9" w:rsidR="00FD703E" w:rsidRDefault="00000000">
      <w:r>
        <w:t xml:space="preserve">   </w:t>
      </w:r>
      <w:r w:rsidR="00E95761">
        <w:t>3</w:t>
      </w:r>
      <w:r>
        <w:t xml:space="preserve">) </w:t>
      </w:r>
      <w:proofErr w:type="spellStart"/>
      <w:r>
        <w:t>nieuczestniczące</w:t>
      </w:r>
      <w:proofErr w:type="spellEnd"/>
      <w:r>
        <w:t xml:space="preserve"> </w:t>
      </w:r>
      <w:proofErr w:type="spellStart"/>
      <w:r>
        <w:t>wcześniej</w:t>
      </w:r>
      <w:proofErr w:type="spellEnd"/>
      <w:r>
        <w:t xml:space="preserve"> w </w:t>
      </w:r>
      <w:proofErr w:type="spellStart"/>
      <w:r>
        <w:t>innych</w:t>
      </w:r>
      <w:proofErr w:type="spellEnd"/>
      <w:r>
        <w:t xml:space="preserve"> </w:t>
      </w:r>
      <w:proofErr w:type="spellStart"/>
      <w:r>
        <w:t>projektach</w:t>
      </w:r>
      <w:proofErr w:type="spellEnd"/>
      <w:r>
        <w:t xml:space="preserve"> </w:t>
      </w:r>
      <w:proofErr w:type="spellStart"/>
      <w:r>
        <w:t>grantowych</w:t>
      </w:r>
      <w:proofErr w:type="spellEnd"/>
      <w:r>
        <w:t xml:space="preserve"> LGD.</w:t>
      </w:r>
    </w:p>
    <w:p w14:paraId="0C81D9C7" w14:textId="44FCAAEC" w:rsidR="00FD703E" w:rsidRDefault="0056084C">
      <w:r>
        <w:t xml:space="preserve">2. Projekt </w:t>
      </w:r>
      <w:proofErr w:type="spellStart"/>
      <w:r>
        <w:t>zakłada</w:t>
      </w:r>
      <w:proofErr w:type="spellEnd"/>
      <w:r>
        <w:t xml:space="preserve"> </w:t>
      </w:r>
      <w:proofErr w:type="spellStart"/>
      <w:r>
        <w:t>udział</w:t>
      </w:r>
      <w:proofErr w:type="spellEnd"/>
      <w:r>
        <w:t xml:space="preserve"> </w:t>
      </w:r>
      <w:r w:rsidR="00E95761">
        <w:t>20</w:t>
      </w:r>
      <w:r>
        <w:t xml:space="preserve"> </w:t>
      </w:r>
      <w:proofErr w:type="spellStart"/>
      <w:r>
        <w:t>uczestników</w:t>
      </w:r>
      <w:proofErr w:type="spellEnd"/>
      <w:r>
        <w:t>.</w:t>
      </w:r>
    </w:p>
    <w:p w14:paraId="6C8C5F43" w14:textId="77777777" w:rsidR="00FD703E" w:rsidRDefault="00FD703E"/>
    <w:p w14:paraId="602F817A" w14:textId="77777777" w:rsidR="00FD703E" w:rsidRDefault="00000000">
      <w:r>
        <w:t>§ 5 Dokumenty potwierdzające kwalifikowalność uczestnika</w:t>
      </w:r>
    </w:p>
    <w:p w14:paraId="19871424" w14:textId="77777777" w:rsidR="00FD703E" w:rsidRDefault="00000000">
      <w:r>
        <w:t>1. Formularz zgłoszeniowy uczestnika projektu.</w:t>
      </w:r>
    </w:p>
    <w:p w14:paraId="6E1C755A" w14:textId="77777777" w:rsidR="00FD703E" w:rsidRDefault="00000000">
      <w:r>
        <w:t>2. Oświadczenie uczestnika projektu o spełnianiu kryteriów udziału.</w:t>
      </w:r>
    </w:p>
    <w:p w14:paraId="236AF841" w14:textId="2F499BD7" w:rsidR="00FD703E" w:rsidRDefault="00E95761">
      <w:r>
        <w:t>3</w:t>
      </w:r>
      <w:r w:rsidR="00000000">
        <w:t>. Oświadczenie o nieuczestniczeniu w innych projektach grantowych LGD.</w:t>
      </w:r>
    </w:p>
    <w:p w14:paraId="59C28D5C" w14:textId="77777777" w:rsidR="00FD703E" w:rsidRDefault="00FD703E"/>
    <w:p w14:paraId="17B5E1A9" w14:textId="77777777" w:rsidR="00FD703E" w:rsidRDefault="00000000">
      <w:r>
        <w:t>§ 6 Zasady rekrutacji</w:t>
      </w:r>
    </w:p>
    <w:p w14:paraId="379EBEB3" w14:textId="4A56F489" w:rsidR="00FD703E" w:rsidRDefault="00000000">
      <w:r>
        <w:t xml:space="preserve">1. </w:t>
      </w:r>
      <w:proofErr w:type="spellStart"/>
      <w:r>
        <w:t>Rekrutacja</w:t>
      </w:r>
      <w:proofErr w:type="spellEnd"/>
      <w:r>
        <w:t xml:space="preserve"> </w:t>
      </w:r>
      <w:proofErr w:type="spellStart"/>
      <w:r>
        <w:t>trwa</w:t>
      </w:r>
      <w:proofErr w:type="spellEnd"/>
      <w:r>
        <w:t xml:space="preserve"> od 01.</w:t>
      </w:r>
      <w:r w:rsidR="00E95761">
        <w:t>01</w:t>
      </w:r>
      <w:r>
        <w:t>.202</w:t>
      </w:r>
      <w:r w:rsidR="00E95761">
        <w:t>6</w:t>
      </w:r>
      <w:r>
        <w:t xml:space="preserve"> r. </w:t>
      </w:r>
      <w:proofErr w:type="spellStart"/>
      <w:r>
        <w:t>do</w:t>
      </w:r>
      <w:proofErr w:type="spellEnd"/>
      <w:r>
        <w:t xml:space="preserve"> </w:t>
      </w:r>
      <w:r w:rsidR="00E95761">
        <w:t>31</w:t>
      </w:r>
      <w:r>
        <w:t>.10.202</w:t>
      </w:r>
      <w:r w:rsidR="00E95761">
        <w:t>6</w:t>
      </w:r>
      <w:r>
        <w:t xml:space="preserve"> r.</w:t>
      </w:r>
    </w:p>
    <w:p w14:paraId="6006BC9B" w14:textId="676AD16D" w:rsidR="00FD703E" w:rsidRDefault="00000000">
      <w:r>
        <w:lastRenderedPageBreak/>
        <w:t xml:space="preserve">2. Dokumenty rekrutacyjne należy składać osobiście w biurze projektu: </w:t>
      </w:r>
      <w:r w:rsidR="00E95761">
        <w:t xml:space="preserve">ul. </w:t>
      </w:r>
      <w:proofErr w:type="spellStart"/>
      <w:r w:rsidR="00E95761">
        <w:t>Czerniewicka</w:t>
      </w:r>
      <w:proofErr w:type="spellEnd"/>
      <w:r w:rsidR="00E95761">
        <w:t xml:space="preserve"> 11, 87-850 Choceń</w:t>
      </w:r>
    </w:p>
    <w:p w14:paraId="7D7E6F81" w14:textId="77777777" w:rsidR="00FD703E" w:rsidRDefault="00000000">
      <w:r>
        <w:t>3. Osobą odpowiedzialną za rekrutację jest koordynator projektu.</w:t>
      </w:r>
    </w:p>
    <w:p w14:paraId="7688A8F6" w14:textId="77777777" w:rsidR="00FD703E" w:rsidRDefault="00000000">
      <w:r>
        <w:t>4. Rekrutacja prowadzona jest:</w:t>
      </w:r>
    </w:p>
    <w:p w14:paraId="73C6E45E" w14:textId="77777777" w:rsidR="00FD703E" w:rsidRDefault="00000000">
      <w:r>
        <w:t xml:space="preserve">   - z zachowaniem zasady równości szans kobiet i mężczyzn,</w:t>
      </w:r>
    </w:p>
    <w:p w14:paraId="3033E5DB" w14:textId="77777777" w:rsidR="00FD703E" w:rsidRDefault="00000000">
      <w:r>
        <w:t xml:space="preserve">   - bez jakiejkolwiek formy dyskryminacji,</w:t>
      </w:r>
    </w:p>
    <w:p w14:paraId="5205D833" w14:textId="77777777" w:rsidR="00FD703E" w:rsidRDefault="00000000">
      <w:r>
        <w:t xml:space="preserve">   - zgodnie z Wytycznymi dotyczącymi zasad równościowych w funduszach UE 2021–2027,</w:t>
      </w:r>
    </w:p>
    <w:p w14:paraId="45440DF8" w14:textId="77777777" w:rsidR="00FD703E" w:rsidRDefault="00000000">
      <w:r>
        <w:t xml:space="preserve">   - z zapewnieniem dostępności dla osób z niepełnosprawnościami.</w:t>
      </w:r>
    </w:p>
    <w:p w14:paraId="5ED8BD15" w14:textId="77777777" w:rsidR="00FD703E" w:rsidRDefault="00000000">
      <w:r>
        <w:t>5. O przyjęciu decyduje spełnienie kryteriów formalnych oraz kolejność zgłoszeń.</w:t>
      </w:r>
    </w:p>
    <w:p w14:paraId="3BDAAE3D" w14:textId="77777777" w:rsidR="00FD703E" w:rsidRDefault="00000000">
      <w:r>
        <w:t>6. W przypadku większej liczby kandydatów zostanie utworzona lista rezerwowa.</w:t>
      </w:r>
    </w:p>
    <w:p w14:paraId="4F5B2B4F" w14:textId="77777777" w:rsidR="00FD703E" w:rsidRDefault="00000000">
      <w:r>
        <w:t>7. Złożenie formularza jest równoznaczne z akceptacją regulaminu.</w:t>
      </w:r>
    </w:p>
    <w:p w14:paraId="779944AC" w14:textId="77777777" w:rsidR="00FD703E" w:rsidRDefault="00FD703E"/>
    <w:p w14:paraId="4DEC658E" w14:textId="77777777" w:rsidR="00FD703E" w:rsidRDefault="00000000">
      <w:r>
        <w:t>§ 7 Prawa i obowiązki uczestnika</w:t>
      </w:r>
    </w:p>
    <w:p w14:paraId="0100E829" w14:textId="77777777" w:rsidR="00FD703E" w:rsidRDefault="00000000">
      <w:r>
        <w:t>1. Uczestnik projektu ma prawo do:</w:t>
      </w:r>
    </w:p>
    <w:p w14:paraId="1AD70BC5" w14:textId="77777777" w:rsidR="00FD703E" w:rsidRDefault="00000000">
      <w:r>
        <w:t xml:space="preserve">   1) udziału we wszystkich nieodpłatnych formach wsparcia,</w:t>
      </w:r>
    </w:p>
    <w:p w14:paraId="46EB31C0" w14:textId="77777777" w:rsidR="00FD703E" w:rsidRDefault="00000000">
      <w:r>
        <w:t xml:space="preserve">   2) korzystania z materiałów, wyjazdów i zajęć zapewnionych w ramach projektu.</w:t>
      </w:r>
    </w:p>
    <w:p w14:paraId="47E06608" w14:textId="77777777" w:rsidR="00FD703E" w:rsidRDefault="00000000">
      <w:r>
        <w:t>2. Uczestnik zobowiązany jest do:</w:t>
      </w:r>
    </w:p>
    <w:p w14:paraId="06B729CF" w14:textId="77777777" w:rsidR="00FD703E" w:rsidRDefault="00000000">
      <w:r>
        <w:t xml:space="preserve">   1) obecności na zajęciach w min. 70%,</w:t>
      </w:r>
    </w:p>
    <w:p w14:paraId="3BCBA911" w14:textId="77777777" w:rsidR="00FD703E" w:rsidRDefault="00000000">
      <w:r>
        <w:t xml:space="preserve">   2) aktywnego udziału w zajęciach i wydarzeniach,</w:t>
      </w:r>
    </w:p>
    <w:p w14:paraId="0F21B3DE" w14:textId="77777777" w:rsidR="00FD703E" w:rsidRDefault="00000000">
      <w:r>
        <w:t xml:space="preserve">   3) kulturalnego zachowania,</w:t>
      </w:r>
    </w:p>
    <w:p w14:paraId="1AFDF217" w14:textId="77777777" w:rsidR="00FD703E" w:rsidRDefault="00000000">
      <w:r>
        <w:t xml:space="preserve">   4) informowania o zmianie danych kontaktowych,</w:t>
      </w:r>
    </w:p>
    <w:p w14:paraId="1B3D16CD" w14:textId="77777777" w:rsidR="00FD703E" w:rsidRDefault="00000000">
      <w:r>
        <w:t xml:space="preserve">   5) udostępnienia danych niezbędnych do realizacji projektu zgodnie z przepisami RODO.</w:t>
      </w:r>
    </w:p>
    <w:p w14:paraId="11A08407" w14:textId="77777777" w:rsidR="00FD703E" w:rsidRDefault="00FD703E"/>
    <w:p w14:paraId="55F5B3F1" w14:textId="77777777" w:rsidR="00FD703E" w:rsidRDefault="00000000">
      <w:r>
        <w:t>§ 8 Rezygnacja z udziału</w:t>
      </w:r>
    </w:p>
    <w:p w14:paraId="4E05159E" w14:textId="77777777" w:rsidR="00FD703E" w:rsidRDefault="00000000">
      <w:r>
        <w:t>1. Uczestnik może zrezygnować z udziału najpóźniej 7 dni przed rozpoczęciem zajęć, składając pisemne oświadczenie.</w:t>
      </w:r>
    </w:p>
    <w:p w14:paraId="341B2BE9" w14:textId="77777777" w:rsidR="00FD703E" w:rsidRDefault="00000000">
      <w:r>
        <w:t>2. Rezygnacja w trakcie trwania projektu możliwa jest jedynie z przyczyn losowych.</w:t>
      </w:r>
    </w:p>
    <w:p w14:paraId="11705780" w14:textId="77777777" w:rsidR="00FD703E" w:rsidRDefault="00000000">
      <w:r>
        <w:lastRenderedPageBreak/>
        <w:t>3. W przypadku nieusprawiedliwionej absencji przekraczającej 30% uczestnik może zostać skreślony i zastąpiony osobą z listy rezerwowej.</w:t>
      </w:r>
    </w:p>
    <w:p w14:paraId="1DD9726A" w14:textId="77777777" w:rsidR="00FD703E" w:rsidRDefault="00FD703E"/>
    <w:p w14:paraId="3A0706BA" w14:textId="77777777" w:rsidR="00FD703E" w:rsidRDefault="00000000">
      <w:r>
        <w:t>§ 9 Postanowienia końcowe</w:t>
      </w:r>
    </w:p>
    <w:p w14:paraId="3A99EC94" w14:textId="77777777" w:rsidR="00FD703E" w:rsidRDefault="00000000">
      <w:r>
        <w:t>1. Każda osoba przystępująca do projektu akceptuje niniejszy regulamin.</w:t>
      </w:r>
    </w:p>
    <w:p w14:paraId="3E15CFE5" w14:textId="77777777" w:rsidR="00FD703E" w:rsidRDefault="00000000">
      <w:r>
        <w:t>2. Grantobiorca zastrzega prawo wprowadzania zmian w regulaminie, jeśli będą tego wymagały przepisy lub przebieg projektu.</w:t>
      </w:r>
    </w:p>
    <w:p w14:paraId="65D54DC5" w14:textId="77777777" w:rsidR="00FD703E" w:rsidRDefault="00000000">
      <w:r>
        <w:t>3. Sprawy nieuregulowane rozstrzygane są zgodnie z obowiązującymi przepisami prawa.</w:t>
      </w:r>
    </w:p>
    <w:p w14:paraId="431566A4" w14:textId="77777777" w:rsidR="00FD703E" w:rsidRDefault="00FD703E"/>
    <w:sectPr w:rsidR="00FD703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49398314">
    <w:abstractNumId w:val="8"/>
  </w:num>
  <w:num w:numId="2" w16cid:durableId="326908088">
    <w:abstractNumId w:val="6"/>
  </w:num>
  <w:num w:numId="3" w16cid:durableId="721099697">
    <w:abstractNumId w:val="5"/>
  </w:num>
  <w:num w:numId="4" w16cid:durableId="397899532">
    <w:abstractNumId w:val="4"/>
  </w:num>
  <w:num w:numId="5" w16cid:durableId="68306951">
    <w:abstractNumId w:val="7"/>
  </w:num>
  <w:num w:numId="6" w16cid:durableId="1699741911">
    <w:abstractNumId w:val="3"/>
  </w:num>
  <w:num w:numId="7" w16cid:durableId="1212964649">
    <w:abstractNumId w:val="2"/>
  </w:num>
  <w:num w:numId="8" w16cid:durableId="2026399019">
    <w:abstractNumId w:val="1"/>
  </w:num>
  <w:num w:numId="9" w16cid:durableId="716928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6084C"/>
    <w:rsid w:val="005A512B"/>
    <w:rsid w:val="007925BF"/>
    <w:rsid w:val="00AA1D8D"/>
    <w:rsid w:val="00B47730"/>
    <w:rsid w:val="00BE2024"/>
    <w:rsid w:val="00CB0664"/>
    <w:rsid w:val="00E95761"/>
    <w:rsid w:val="00EE650A"/>
    <w:rsid w:val="00F737F7"/>
    <w:rsid w:val="00FC693F"/>
    <w:rsid w:val="00FD7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B32BB6"/>
  <w14:defaultImageDpi w14:val="300"/>
  <w15:docId w15:val="{477C8F6B-E044-440B-82B6-07D40D99C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588</Words>
  <Characters>3531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Martyna</cp:lastModifiedBy>
  <cp:revision>2</cp:revision>
  <dcterms:created xsi:type="dcterms:W3CDTF">2025-12-18T08:14:00Z</dcterms:created>
  <dcterms:modified xsi:type="dcterms:W3CDTF">2025-12-18T08:14:00Z</dcterms:modified>
  <cp:category/>
</cp:coreProperties>
</file>